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40" w:after="100" w:line="240" w:lineRule="auto"/>
        <w:jc w:val="center"/>
      </w:pPr>
      <w:r>
        <w:rPr>
          <w:rFonts w:ascii="Times New Roman" w:hAnsi="Times New Roman" w:eastAsia="Times New Roman"/>
          <w:b/>
          <w:i w:val="0"/>
          <w:sz w:val="40"/>
        </w:rPr>
        <w:t>[FULL ARTICLE TITLE: concise, specific, and informative]</w:t>
      </w:r>
    </w:p>
    <w:p>
      <w:pPr>
        <w:spacing w:before="0" w:after="40" w:line="240" w:lineRule="auto"/>
        <w:jc w:val="center"/>
      </w:pPr>
      <w:r>
        <w:rPr>
          <w:rFonts w:ascii="Times New Roman" w:hAnsi="Times New Roman" w:eastAsia="Times New Roman"/>
          <w:b w:val="0"/>
          <w:i w:val="0"/>
          <w:sz w:val="24"/>
        </w:rPr>
        <w:t>[Author Name 1]¹, [Author Name 2]², [Author Name 3]¹</w:t>
      </w:r>
    </w:p>
    <w:p>
      <w:pPr>
        <w:spacing w:before="0" w:after="20" w:line="240" w:lineRule="auto"/>
        <w:jc w:val="center"/>
      </w:pPr>
      <w:r>
        <w:rPr>
          <w:rFonts w:ascii="Times New Roman" w:hAnsi="Times New Roman" w:eastAsia="Times New Roman"/>
          <w:b w:val="0"/>
          <w:i/>
          <w:sz w:val="20"/>
        </w:rPr>
        <w:t>¹[Department, Institution, City, State/Province, Country]</w:t>
      </w:r>
    </w:p>
    <w:p>
      <w:pPr>
        <w:spacing w:before="0" w:after="40" w:line="240" w:lineRule="auto"/>
        <w:jc w:val="center"/>
      </w:pPr>
      <w:r>
        <w:rPr>
          <w:rFonts w:ascii="Times New Roman" w:hAnsi="Times New Roman" w:eastAsia="Times New Roman"/>
          <w:b w:val="0"/>
          <w:i/>
          <w:sz w:val="20"/>
        </w:rPr>
        <w:t>²[Department, Institution, City, State/Province, Country]</w:t>
      </w:r>
    </w:p>
    <w:p>
      <w:pPr>
        <w:spacing w:before="0" w:after="100" w:line="240" w:lineRule="auto"/>
        <w:jc w:val="center"/>
      </w:pPr>
      <w:r>
        <w:rPr>
          <w:rFonts w:ascii="Times New Roman" w:hAnsi="Times New Roman" w:eastAsia="Times New Roman"/>
          <w:b w:val="0"/>
          <w:i w:val="0"/>
          <w:sz w:val="20"/>
        </w:rPr>
        <w:t>Corresponding Author: [Full Name] | [official email] | ORCID: [0000-0000-0000-0000]</w:t>
      </w:r>
    </w:p>
    <w:p>
      <w:pPr>
        <w:spacing w:before="140" w:after="60" w:line="240" w:lineRule="auto"/>
        <w:jc w:val="left"/>
      </w:pPr>
      <w:r>
        <w:rPr>
          <w:rFonts w:ascii="Times New Roman" w:hAnsi="Times New Roman" w:eastAsia="Times New Roman"/>
          <w:b/>
          <w:i w:val="0"/>
          <w:sz w:val="26"/>
        </w:rPr>
        <w:t>ABSTRACT</w:t>
      </w:r>
    </w:p>
    <w:p>
      <w:pPr>
        <w:spacing w:before="0" w:after="60" w:line="240" w:lineRule="auto"/>
        <w:jc w:val="both"/>
      </w:pPr>
      <w:r>
        <w:rPr>
          <w:rFonts w:ascii="Times New Roman" w:hAnsi="Times New Roman" w:eastAsia="Times New Roman"/>
          <w:b/>
          <w:i w:val="0"/>
          <w:sz w:val="20"/>
        </w:rPr>
        <w:t>[Write a self-contained abstract of 150–250 words. For original research, briefly state the background/objective, methodology, principal findings with relevant evidence, and conclusion. Do not include citations, tables, figures, or undefined abbreviations in the abstract.]</w:t>
      </w:r>
    </w:p>
    <w:p>
      <w:pPr>
        <w:spacing w:before="0" w:after="100" w:line="240" w:lineRule="auto"/>
        <w:jc w:val="both"/>
      </w:pPr>
      <w:r>
        <w:rPr>
          <w:rFonts w:ascii="Times New Roman" w:hAnsi="Times New Roman" w:eastAsia="Times New Roman"/>
          <w:b w:val="0"/>
          <w:i w:val="0"/>
          <w:sz w:val="20"/>
        </w:rPr>
      </w:r>
      <w:r>
        <w:rPr>
          <w:rFonts w:ascii="Times New Roman" w:hAnsi="Times New Roman"/>
          <w:b/>
          <w:sz w:val="20"/>
        </w:rPr>
        <w:t xml:space="preserve">Keywords: </w:t>
      </w:r>
      <w:r>
        <w:rPr>
          <w:rFonts w:ascii="Times New Roman" w:hAnsi="Times New Roman"/>
          <w:sz w:val="20"/>
        </w:rPr>
        <w:t>[3–6 specific keywords, separated by commas]</w:t>
      </w:r>
    </w:p>
    <w:p>
      <w:pPr>
        <w:spacing w:before="0" w:after="80" w:line="240" w:lineRule="auto"/>
        <w:jc w:val="both"/>
      </w:pPr>
      <w:r>
        <w:rPr>
          <w:rFonts w:ascii="Times New Roman" w:hAnsi="Times New Roman" w:eastAsia="Times New Roman"/>
          <w:b w:val="0"/>
          <w:i/>
          <w:sz w:val="18"/>
        </w:rPr>
        <w:t>Template note: Retain the journal formatting. Replace all bracketed guidance with manuscript text before submission. Section names may be adapted to the article type or discipline where appropriate.</w:t>
      </w:r>
    </w:p>
    <w:p>
      <w:pPr>
        <w:spacing w:before="140" w:after="60" w:line="240" w:lineRule="auto"/>
        <w:jc w:val="left"/>
      </w:pPr>
      <w:r>
        <w:rPr>
          <w:rFonts w:ascii="Times New Roman" w:hAnsi="Times New Roman" w:eastAsia="Times New Roman"/>
          <w:b/>
          <w:i w:val="0"/>
          <w:sz w:val="26"/>
        </w:rPr>
        <w:t>I. INTRODUCTION</w:t>
      </w:r>
    </w:p>
    <w:p>
      <w:pPr>
        <w:spacing w:before="0" w:after="0" w:line="240" w:lineRule="auto"/>
        <w:jc w:val="both"/>
      </w:pPr>
      <w:r>
        <w:rPr>
          <w:rFonts w:ascii="Times New Roman" w:hAnsi="Times New Roman" w:eastAsia="Times New Roman"/>
          <w:b w:val="0"/>
          <w:i w:val="0"/>
          <w:sz w:val="20"/>
        </w:rPr>
        <w:t>[Present the background, current evidence, research gap, rationale, and a clear objective or hypothesis. Keep the final paragraph focused on the purpose of the work. Use APA 7th edition author–date citations throughout.]</w:t>
      </w:r>
    </w:p>
    <w:p>
      <w:pPr>
        <w:spacing w:before="140" w:after="60" w:line="240" w:lineRule="auto"/>
        <w:jc w:val="left"/>
      </w:pPr>
      <w:r>
        <w:rPr>
          <w:rFonts w:ascii="Times New Roman" w:hAnsi="Times New Roman" w:eastAsia="Times New Roman"/>
          <w:b/>
          <w:i w:val="0"/>
          <w:sz w:val="26"/>
        </w:rPr>
        <w:t>II. METHODOLOGY / MATERIALS AND METHODS</w:t>
      </w:r>
    </w:p>
    <w:p>
      <w:pPr>
        <w:spacing w:before="0" w:after="0" w:line="240" w:lineRule="auto"/>
        <w:jc w:val="both"/>
      </w:pPr>
      <w:r>
        <w:rPr>
          <w:rFonts w:ascii="Times New Roman" w:hAnsi="Times New Roman" w:eastAsia="Times New Roman"/>
          <w:b w:val="0"/>
          <w:i w:val="0"/>
          <w:sz w:val="20"/>
        </w:rPr>
        <w:t>[Describe the study design, setting/data source, materials or participants, variables, procedures, analytical methods and validation in enough detail to permit scholarly appraisal and reproducibility. Use discipline-appropriate subheadings.]</w:t>
      </w:r>
    </w:p>
    <w:p>
      <w:pPr>
        <w:spacing w:before="80" w:after="60" w:line="240" w:lineRule="auto"/>
        <w:jc w:val="left"/>
      </w:pPr>
      <w:r>
        <w:rPr>
          <w:rFonts w:ascii="Times New Roman" w:hAnsi="Times New Roman" w:eastAsia="Times New Roman"/>
          <w:b/>
          <w:i w:val="0"/>
          <w:sz w:val="22"/>
        </w:rPr>
        <w:t>Study Design / Research Framework</w:t>
      </w:r>
    </w:p>
    <w:p>
      <w:pPr>
        <w:spacing w:before="0" w:after="0" w:line="240" w:lineRule="auto"/>
        <w:jc w:val="both"/>
      </w:pPr>
      <w:r>
        <w:rPr>
          <w:rFonts w:ascii="Times New Roman" w:hAnsi="Times New Roman" w:eastAsia="Times New Roman"/>
          <w:b w:val="0"/>
          <w:i w:val="0"/>
          <w:sz w:val="20"/>
        </w:rPr>
        <w:t>[Specify the research design, study period, setting, conceptual framework, simulation environment, system model or experimental design as applicable.]</w:t>
      </w:r>
    </w:p>
    <w:p>
      <w:pPr>
        <w:spacing w:before="80" w:after="60" w:line="240" w:lineRule="auto"/>
        <w:jc w:val="left"/>
      </w:pPr>
      <w:r>
        <w:rPr>
          <w:rFonts w:ascii="Times New Roman" w:hAnsi="Times New Roman" w:eastAsia="Times New Roman"/>
          <w:b/>
          <w:i w:val="0"/>
          <w:sz w:val="22"/>
        </w:rPr>
        <w:t>Participants / Samples / Dataset / Data Source</w:t>
      </w:r>
    </w:p>
    <w:p>
      <w:pPr>
        <w:spacing w:before="0" w:after="0" w:line="240" w:lineRule="auto"/>
        <w:jc w:val="both"/>
      </w:pPr>
      <w:r>
        <w:rPr>
          <w:rFonts w:ascii="Times New Roman" w:hAnsi="Times New Roman" w:eastAsia="Times New Roman"/>
          <w:b w:val="0"/>
          <w:i w:val="0"/>
          <w:sz w:val="20"/>
        </w:rPr>
        <w:t>[Describe eligibility criteria, sampling/recruitment, sample size, dataset provenance, inclusion/exclusion rules, preprocessing and relevant characteristics where applicable.]</w:t>
      </w:r>
    </w:p>
    <w:p>
      <w:pPr>
        <w:spacing w:before="80" w:after="60" w:line="240" w:lineRule="auto"/>
        <w:jc w:val="left"/>
      </w:pPr>
      <w:r>
        <w:rPr>
          <w:rFonts w:ascii="Times New Roman" w:hAnsi="Times New Roman" w:eastAsia="Times New Roman"/>
          <w:b/>
          <w:i w:val="0"/>
          <w:sz w:val="22"/>
        </w:rPr>
        <w:t>Methods / Intervention / System / Model</w:t>
      </w:r>
    </w:p>
    <w:p>
      <w:pPr>
        <w:spacing w:before="0" w:after="0" w:line="240" w:lineRule="auto"/>
        <w:jc w:val="both"/>
      </w:pPr>
      <w:r>
        <w:rPr>
          <w:rFonts w:ascii="Times New Roman" w:hAnsi="Times New Roman" w:eastAsia="Times New Roman"/>
          <w:b w:val="0"/>
          <w:i w:val="0"/>
          <w:sz w:val="20"/>
        </w:rPr>
        <w:t>[Describe procedures, instruments, materials, algorithms, architecture, intervention, software/hardware, training strategy, load cases, model assumptions or other discipline-specific technical details.]</w:t>
      </w:r>
    </w:p>
    <w:p>
      <w:pPr>
        <w:spacing w:before="80" w:after="60" w:line="240" w:lineRule="auto"/>
        <w:jc w:val="left"/>
      </w:pPr>
      <w:r>
        <w:rPr>
          <w:rFonts w:ascii="Times New Roman" w:hAnsi="Times New Roman" w:eastAsia="Times New Roman"/>
          <w:b/>
          <w:i w:val="0"/>
          <w:sz w:val="22"/>
        </w:rPr>
        <w:t>Ethical Approval and Consent</w:t>
      </w:r>
    </w:p>
    <w:p>
      <w:pPr>
        <w:spacing w:before="0" w:after="0" w:line="240" w:lineRule="auto"/>
        <w:jc w:val="both"/>
      </w:pPr>
      <w:r>
        <w:rPr>
          <w:rFonts w:ascii="Times New Roman" w:hAnsi="Times New Roman" w:eastAsia="Times New Roman"/>
          <w:b w:val="0"/>
          <w:i w:val="0"/>
          <w:sz w:val="20"/>
        </w:rPr>
        <w:t>[For research involving humans, animals or identifiable participant information, provide ethics/IRB details and consent procedures where applicable. If genuinely not applicable, state the reason.]</w:t>
      </w:r>
    </w:p>
    <w:p>
      <w:pPr>
        <w:spacing w:before="80" w:after="60" w:line="240" w:lineRule="auto"/>
        <w:jc w:val="left"/>
      </w:pPr>
      <w:r>
        <w:rPr>
          <w:rFonts w:ascii="Times New Roman" w:hAnsi="Times New Roman" w:eastAsia="Times New Roman"/>
          <w:b/>
          <w:i w:val="0"/>
          <w:sz w:val="22"/>
        </w:rPr>
        <w:t>Statistical / Computational / Validation Analysis</w:t>
      </w:r>
    </w:p>
    <w:p>
      <w:pPr>
        <w:spacing w:before="0" w:after="0" w:line="240" w:lineRule="auto"/>
        <w:jc w:val="both"/>
      </w:pPr>
      <w:r>
        <w:rPr>
          <w:rFonts w:ascii="Times New Roman" w:hAnsi="Times New Roman" w:eastAsia="Times New Roman"/>
          <w:b w:val="0"/>
          <w:i w:val="0"/>
          <w:sz w:val="20"/>
        </w:rPr>
        <w:t>[State software and versions, statistical tests/models, significance threshold and confidence intervals where relevant; or specify evaluation metrics, baselines, train/validation/test split, simulation parameters and validation procedures for computational/engineering studies.]</w:t>
      </w:r>
    </w:p>
    <w:p>
      <w:pPr>
        <w:spacing w:before="140" w:after="60" w:line="240" w:lineRule="auto"/>
        <w:jc w:val="left"/>
      </w:pPr>
      <w:r>
        <w:rPr>
          <w:rFonts w:ascii="Times New Roman" w:hAnsi="Times New Roman" w:eastAsia="Times New Roman"/>
          <w:b/>
          <w:i w:val="0"/>
          <w:sz w:val="26"/>
        </w:rPr>
        <w:t>III. RESULTS / FINDINGS</w:t>
      </w:r>
    </w:p>
    <w:p>
      <w:pPr>
        <w:spacing w:before="0" w:after="0" w:line="240" w:lineRule="auto"/>
        <w:jc w:val="both"/>
      </w:pPr>
      <w:r>
        <w:rPr>
          <w:rFonts w:ascii="Times New Roman" w:hAnsi="Times New Roman" w:eastAsia="Times New Roman"/>
          <w:b w:val="0"/>
          <w:i w:val="0"/>
          <w:sz w:val="20"/>
        </w:rPr>
        <w:t>[Report findings in a logical sequence. Include appropriate numerical evidence, uncertainty/statistical results, validation results or performance metrics where applicable. Do not duplicate all table/figure data in the text.]</w:t>
      </w:r>
    </w:p>
    <w:tbl>
      <w:tblPr>
        <w:tblStyle w:val="TableGrid"/>
        <w:tblW w:type="auto" w:w="0"/>
        <w:jc w:val="center"/>
        <w:tblLook w:firstColumn="1" w:firstRow="1" w:lastColumn="0" w:lastRow="0" w:noHBand="0" w:noVBand="1" w:val="04A0"/>
      </w:tblPr>
      <w:tblGrid>
        <w:gridCol w:w="2340"/>
        <w:gridCol w:w="2340"/>
        <w:gridCol w:w="2340"/>
        <w:gridCol w:w="2340"/>
      </w:tblGrid>
      <w:tr>
        <w:tc>
          <w:tcPr>
            <w:tcW w:type="dxa" w:w="2340"/>
          </w:tcPr>
          <w:p>
            <w:r>
              <w:rPr>
                <w:rFonts w:ascii="Times New Roman" w:hAnsi="Times New Roman"/>
                <w:b/>
                <w:sz w:val="18"/>
              </w:rPr>
              <w:t>Variable / Measure</w:t>
            </w:r>
          </w:p>
        </w:tc>
        <w:tc>
          <w:tcPr>
            <w:tcW w:type="dxa" w:w="2340"/>
          </w:tcPr>
          <w:p>
            <w:r>
              <w:rPr>
                <w:rFonts w:ascii="Times New Roman" w:hAnsi="Times New Roman"/>
                <w:b/>
                <w:sz w:val="18"/>
              </w:rPr>
              <w:t>Group / Condition</w:t>
            </w:r>
          </w:p>
        </w:tc>
        <w:tc>
          <w:tcPr>
            <w:tcW w:type="dxa" w:w="2340"/>
          </w:tcPr>
          <w:p>
            <w:r>
              <w:rPr>
                <w:rFonts w:ascii="Times New Roman" w:hAnsi="Times New Roman"/>
                <w:b/>
                <w:sz w:val="18"/>
              </w:rPr>
              <w:t>Value / Result</w:t>
            </w:r>
          </w:p>
        </w:tc>
        <w:tc>
          <w:tcPr>
            <w:tcW w:type="dxa" w:w="2340"/>
          </w:tcPr>
          <w:p>
            <w:r>
              <w:rPr>
                <w:rFonts w:ascii="Times New Roman" w:hAnsi="Times New Roman"/>
                <w:b/>
                <w:sz w:val="18"/>
              </w:rPr>
              <w:t>Statistic / 95% CI</w:t>
            </w:r>
          </w:p>
        </w:tc>
      </w:tr>
      <w:tr>
        <w:tc>
          <w:tcPr>
            <w:tcW w:type="dxa" w:w="2340"/>
          </w:tcPr>
          <w:p>
            <w:r>
              <w:rPr>
                <w:rFonts w:ascii="Times New Roman" w:hAnsi="Times New Roman"/>
                <w:sz w:val="18"/>
              </w:rPr>
              <w:t>[Variable 1]</w:t>
            </w:r>
          </w:p>
        </w:tc>
        <w:tc>
          <w:tcPr>
            <w:tcW w:type="dxa" w:w="2340"/>
          </w:tcPr>
          <w:p>
            <w:r>
              <w:rPr>
                <w:rFonts w:ascii="Times New Roman" w:hAnsi="Times New Roman"/>
                <w:sz w:val="18"/>
              </w:rPr>
              <w:t>[Group]</w:t>
            </w:r>
          </w:p>
        </w:tc>
        <w:tc>
          <w:tcPr>
            <w:tcW w:type="dxa" w:w="2340"/>
          </w:tcPr>
          <w:p>
            <w:r>
              <w:rPr>
                <w:rFonts w:ascii="Times New Roman" w:hAnsi="Times New Roman"/>
                <w:sz w:val="18"/>
              </w:rPr>
              <w:t>[Value]</w:t>
            </w:r>
          </w:p>
        </w:tc>
        <w:tc>
          <w:tcPr>
            <w:tcW w:type="dxa" w:w="2340"/>
          </w:tcPr>
          <w:p>
            <w:r>
              <w:rPr>
                <w:rFonts w:ascii="Times New Roman" w:hAnsi="Times New Roman"/>
                <w:sz w:val="18"/>
              </w:rPr>
              <w:t>[Statistic]</w:t>
            </w:r>
          </w:p>
        </w:tc>
      </w:tr>
      <w:tr>
        <w:tc>
          <w:tcPr>
            <w:tcW w:type="dxa" w:w="2340"/>
          </w:tcPr>
          <w:p>
            <w:r>
              <w:rPr>
                <w:rFonts w:ascii="Times New Roman" w:hAnsi="Times New Roman"/>
                <w:sz w:val="18"/>
              </w:rPr>
              <w:t>[Variable 2]</w:t>
            </w:r>
          </w:p>
        </w:tc>
        <w:tc>
          <w:tcPr>
            <w:tcW w:type="dxa" w:w="2340"/>
          </w:tcPr>
          <w:p>
            <w:r>
              <w:rPr>
                <w:rFonts w:ascii="Times New Roman" w:hAnsi="Times New Roman"/>
                <w:sz w:val="18"/>
              </w:rPr>
              <w:t>[Group]</w:t>
            </w:r>
          </w:p>
        </w:tc>
        <w:tc>
          <w:tcPr>
            <w:tcW w:type="dxa" w:w="2340"/>
          </w:tcPr>
          <w:p>
            <w:r>
              <w:rPr>
                <w:rFonts w:ascii="Times New Roman" w:hAnsi="Times New Roman"/>
                <w:sz w:val="18"/>
              </w:rPr>
              <w:t>[Value]</w:t>
            </w:r>
          </w:p>
        </w:tc>
        <w:tc>
          <w:tcPr>
            <w:tcW w:type="dxa" w:w="2340"/>
          </w:tcPr>
          <w:p>
            <w:r>
              <w:rPr>
                <w:rFonts w:ascii="Times New Roman" w:hAnsi="Times New Roman"/>
                <w:sz w:val="18"/>
              </w:rPr>
              <w:t>[Statistic]</w:t>
            </w:r>
          </w:p>
        </w:tc>
      </w:tr>
      <w:tr>
        <w:tc>
          <w:tcPr>
            <w:tcW w:type="dxa" w:w="2340"/>
          </w:tcPr>
          <w:p>
            <w:r>
              <w:rPr>
                <w:rFonts w:ascii="Times New Roman" w:hAnsi="Times New Roman"/>
                <w:sz w:val="18"/>
              </w:rPr>
              <w:t>[Variable 3]</w:t>
            </w:r>
          </w:p>
        </w:tc>
        <w:tc>
          <w:tcPr>
            <w:tcW w:type="dxa" w:w="2340"/>
          </w:tcPr>
          <w:p>
            <w:r>
              <w:rPr>
                <w:rFonts w:ascii="Times New Roman" w:hAnsi="Times New Roman"/>
                <w:sz w:val="18"/>
              </w:rPr>
              <w:t>[Group]</w:t>
            </w:r>
          </w:p>
        </w:tc>
        <w:tc>
          <w:tcPr>
            <w:tcW w:type="dxa" w:w="2340"/>
          </w:tcPr>
          <w:p>
            <w:r>
              <w:rPr>
                <w:rFonts w:ascii="Times New Roman" w:hAnsi="Times New Roman"/>
                <w:sz w:val="18"/>
              </w:rPr>
              <w:t>[Value]</w:t>
            </w:r>
          </w:p>
        </w:tc>
        <w:tc>
          <w:tcPr>
            <w:tcW w:type="dxa" w:w="2340"/>
          </w:tcPr>
          <w:p>
            <w:r>
              <w:rPr>
                <w:rFonts w:ascii="Times New Roman" w:hAnsi="Times New Roman"/>
                <w:sz w:val="18"/>
              </w:rPr>
              <w:t>[Statistic]</w:t>
            </w:r>
          </w:p>
        </w:tc>
      </w:tr>
    </w:tbl>
    <w:p>
      <w:pPr>
        <w:spacing w:before="40" w:after="60" w:line="240" w:lineRule="auto"/>
        <w:jc w:val="left"/>
      </w:pPr>
      <w:r>
        <w:rPr>
          <w:rFonts w:ascii="Times New Roman" w:hAnsi="Times New Roman" w:eastAsia="Times New Roman"/>
          <w:b w:val="0"/>
          <w:i/>
          <w:sz w:val="18"/>
        </w:rPr>
        <w:t>Table 1. [Concise, self-contained table title]. Note. Define abbreviations, units and statistical symbols used.</w:t>
      </w:r>
    </w:p>
    <w:p>
      <w:pPr>
        <w:spacing w:before="40" w:after="20" w:line="240" w:lineRule="auto"/>
        <w:jc w:val="center"/>
      </w:pPr>
      <w:r>
        <w:rPr>
          <w:rFonts w:ascii="Times New Roman" w:hAnsi="Times New Roman" w:eastAsia="Times New Roman"/>
          <w:b/>
          <w:i w:val="0"/>
          <w:sz w:val="18"/>
        </w:rPr>
        <w:t>[INSERT FIGURE 1 HERE OR UPLOAD AS A SEPARATE HIGH-RESOLUTION FILE]</w:t>
      </w:r>
    </w:p>
    <w:p>
      <w:pPr>
        <w:spacing w:before="0" w:after="80" w:line="240" w:lineRule="auto"/>
        <w:jc w:val="left"/>
      </w:pPr>
      <w:r>
        <w:rPr>
          <w:rFonts w:ascii="Times New Roman" w:hAnsi="Times New Roman" w:eastAsia="Times New Roman"/>
          <w:b w:val="0"/>
          <w:i/>
          <w:sz w:val="18"/>
        </w:rPr>
        <w:t>Figure 1. [Clear, self-contained caption. Define abbreviations, symbols, scales and source/permission information where required.]</w:t>
      </w:r>
    </w:p>
    <w:p>
      <w:pPr>
        <w:spacing w:before="140" w:after="60" w:line="240" w:lineRule="auto"/>
        <w:jc w:val="left"/>
      </w:pPr>
      <w:r>
        <w:rPr>
          <w:rFonts w:ascii="Times New Roman" w:hAnsi="Times New Roman" w:eastAsia="Times New Roman"/>
          <w:b/>
          <w:i w:val="0"/>
          <w:sz w:val="26"/>
        </w:rPr>
        <w:t>IV. DISCUSSION</w:t>
      </w:r>
    </w:p>
    <w:p>
      <w:pPr>
        <w:spacing w:before="0" w:after="0" w:line="240" w:lineRule="auto"/>
        <w:jc w:val="both"/>
      </w:pPr>
      <w:r>
        <w:rPr>
          <w:rFonts w:ascii="Times New Roman" w:hAnsi="Times New Roman" w:eastAsia="Times New Roman"/>
          <w:b w:val="0"/>
          <w:i w:val="0"/>
          <w:sz w:val="20"/>
        </w:rPr>
        <w:t>[Interpret the main findings in relation to the study objective and existing literature. Explain scientific, technical, clinical, social or practical implications without overstating the evidence. Distinguish findings from speculation.]</w:t>
      </w:r>
    </w:p>
    <w:p>
      <w:pPr>
        <w:spacing w:before="80" w:after="60" w:line="240" w:lineRule="auto"/>
        <w:jc w:val="left"/>
      </w:pPr>
      <w:r>
        <w:rPr>
          <w:rFonts w:ascii="Times New Roman" w:hAnsi="Times New Roman" w:eastAsia="Times New Roman"/>
          <w:b/>
          <w:i w:val="0"/>
          <w:sz w:val="22"/>
        </w:rPr>
        <w:t>Strengths and Limitations</w:t>
      </w:r>
    </w:p>
    <w:p>
      <w:pPr>
        <w:spacing w:before="0" w:after="0" w:line="240" w:lineRule="auto"/>
        <w:jc w:val="both"/>
      </w:pPr>
      <w:r>
        <w:rPr>
          <w:rFonts w:ascii="Times New Roman" w:hAnsi="Times New Roman" w:eastAsia="Times New Roman"/>
          <w:b w:val="0"/>
          <w:i w:val="0"/>
          <w:sz w:val="20"/>
        </w:rPr>
        <w:t>[Describe important strengths, limitations, possible sources of bias, uncertainty, reproducibility constraints and limits to generalisability.]</w:t>
      </w:r>
    </w:p>
    <w:p>
      <w:pPr>
        <w:spacing w:before="140" w:after="60" w:line="240" w:lineRule="auto"/>
        <w:jc w:val="left"/>
      </w:pPr>
      <w:r>
        <w:rPr>
          <w:rFonts w:ascii="Times New Roman" w:hAnsi="Times New Roman" w:eastAsia="Times New Roman"/>
          <w:b/>
          <w:i w:val="0"/>
          <w:sz w:val="26"/>
        </w:rPr>
        <w:t>V. CONCLUSION</w:t>
      </w:r>
    </w:p>
    <w:p>
      <w:pPr>
        <w:spacing w:before="0" w:after="0" w:line="240" w:lineRule="auto"/>
        <w:jc w:val="both"/>
      </w:pPr>
      <w:r>
        <w:rPr>
          <w:rFonts w:ascii="Times New Roman" w:hAnsi="Times New Roman" w:eastAsia="Times New Roman"/>
          <w:b w:val="0"/>
          <w:i w:val="0"/>
          <w:sz w:val="20"/>
        </w:rPr>
        <w:t>[State the principal conclusion directly supported by the results. Do not introduce new results. Recommendations or future-work statements should follow logically from the evidence.]</w:t>
      </w:r>
    </w:p>
    <w:p>
      <w:pPr>
        <w:spacing w:before="140" w:after="60" w:line="240" w:lineRule="auto"/>
        <w:jc w:val="left"/>
      </w:pPr>
      <w:r>
        <w:rPr>
          <w:rFonts w:ascii="Times New Roman" w:hAnsi="Times New Roman" w:eastAsia="Times New Roman"/>
          <w:b/>
          <w:i w:val="0"/>
          <w:sz w:val="26"/>
        </w:rPr>
        <w:t>DECLARATIONS</w:t>
      </w:r>
    </w:p>
    <w:p>
      <w:pPr>
        <w:spacing w:before="80" w:after="60" w:line="240" w:lineRule="auto"/>
        <w:jc w:val="left"/>
      </w:pPr>
      <w:r>
        <w:rPr>
          <w:rFonts w:ascii="Times New Roman" w:hAnsi="Times New Roman" w:eastAsia="Times New Roman"/>
          <w:b/>
          <w:i w:val="0"/>
          <w:sz w:val="22"/>
        </w:rPr>
        <w:t>Author Contributions</w:t>
      </w:r>
    </w:p>
    <w:p>
      <w:pPr>
        <w:spacing w:before="0" w:after="0" w:line="240" w:lineRule="auto"/>
        <w:jc w:val="both"/>
      </w:pPr>
      <w:r>
        <w:rPr>
          <w:rFonts w:ascii="Times New Roman" w:hAnsi="Times New Roman" w:eastAsia="Times New Roman"/>
          <w:b w:val="0"/>
          <w:i w:val="0"/>
          <w:sz w:val="20"/>
        </w:rPr>
        <w:t>[Describe each author’s contribution. CRediT terminology may be used where appropriate.]</w:t>
      </w:r>
    </w:p>
    <w:p>
      <w:pPr>
        <w:spacing w:before="80" w:after="60" w:line="240" w:lineRule="auto"/>
        <w:jc w:val="left"/>
      </w:pPr>
      <w:r>
        <w:rPr>
          <w:rFonts w:ascii="Times New Roman" w:hAnsi="Times New Roman" w:eastAsia="Times New Roman"/>
          <w:b/>
          <w:i w:val="0"/>
          <w:sz w:val="22"/>
        </w:rPr>
        <w:t>Funding</w:t>
      </w:r>
    </w:p>
    <w:p>
      <w:pPr>
        <w:spacing w:before="0" w:after="0" w:line="240" w:lineRule="auto"/>
        <w:jc w:val="both"/>
      </w:pPr>
      <w:r>
        <w:rPr>
          <w:rFonts w:ascii="Times New Roman" w:hAnsi="Times New Roman" w:eastAsia="Times New Roman"/>
          <w:b w:val="0"/>
          <w:i w:val="0"/>
          <w:sz w:val="20"/>
        </w:rPr>
        <w:t>[State funding source(s) and grant number(s), or state that no specific funding was received.]</w:t>
      </w:r>
    </w:p>
    <w:p>
      <w:pPr>
        <w:spacing w:before="80" w:after="60" w:line="240" w:lineRule="auto"/>
        <w:jc w:val="left"/>
      </w:pPr>
      <w:r>
        <w:rPr>
          <w:rFonts w:ascii="Times New Roman" w:hAnsi="Times New Roman" w:eastAsia="Times New Roman"/>
          <w:b/>
          <w:i w:val="0"/>
          <w:sz w:val="22"/>
        </w:rPr>
        <w:t>Conflict of Interest</w:t>
      </w:r>
    </w:p>
    <w:p>
      <w:pPr>
        <w:spacing w:before="0" w:after="0" w:line="240" w:lineRule="auto"/>
        <w:jc w:val="both"/>
      </w:pPr>
      <w:r>
        <w:rPr>
          <w:rFonts w:ascii="Times New Roman" w:hAnsi="Times New Roman" w:eastAsia="Times New Roman"/>
          <w:b w:val="0"/>
          <w:i w:val="0"/>
          <w:sz w:val="20"/>
        </w:rPr>
        <w:t>[Declare relevant financial and non-financial competing interests, or state that the authors declare no conflict of interest.]</w:t>
      </w:r>
    </w:p>
    <w:p>
      <w:pPr>
        <w:spacing w:before="80" w:after="60" w:line="240" w:lineRule="auto"/>
        <w:jc w:val="left"/>
      </w:pPr>
      <w:r>
        <w:rPr>
          <w:rFonts w:ascii="Times New Roman" w:hAnsi="Times New Roman" w:eastAsia="Times New Roman"/>
          <w:b/>
          <w:i w:val="0"/>
          <w:sz w:val="22"/>
        </w:rPr>
        <w:t>Ethics Approval and Consent</w:t>
      </w:r>
    </w:p>
    <w:p>
      <w:pPr>
        <w:spacing w:before="0" w:after="0" w:line="240" w:lineRule="auto"/>
        <w:jc w:val="both"/>
      </w:pPr>
      <w:r>
        <w:rPr>
          <w:rFonts w:ascii="Times New Roman" w:hAnsi="Times New Roman" w:eastAsia="Times New Roman"/>
          <w:b w:val="0"/>
          <w:i w:val="0"/>
          <w:sz w:val="20"/>
        </w:rPr>
        <w:t>[Provide ethics approval and informed-consent details where applicable, or a clear not-applicable statement with reason.]</w:t>
      </w:r>
    </w:p>
    <w:p>
      <w:pPr>
        <w:spacing w:before="80" w:after="60" w:line="240" w:lineRule="auto"/>
        <w:jc w:val="left"/>
      </w:pPr>
      <w:r>
        <w:rPr>
          <w:rFonts w:ascii="Times New Roman" w:hAnsi="Times New Roman" w:eastAsia="Times New Roman"/>
          <w:b/>
          <w:i w:val="0"/>
          <w:sz w:val="22"/>
        </w:rPr>
        <w:t>Consent for Publication</w:t>
      </w:r>
    </w:p>
    <w:p>
      <w:pPr>
        <w:spacing w:before="0" w:after="0" w:line="240" w:lineRule="auto"/>
        <w:jc w:val="both"/>
      </w:pPr>
      <w:r>
        <w:rPr>
          <w:rFonts w:ascii="Times New Roman" w:hAnsi="Times New Roman" w:eastAsia="Times New Roman"/>
          <w:b w:val="0"/>
          <w:i w:val="0"/>
          <w:sz w:val="20"/>
        </w:rPr>
        <w:t>[State whether consent for publication was obtained when identifiable participant information/images are included, or state “Not applicable.”]</w:t>
      </w:r>
    </w:p>
    <w:p>
      <w:pPr>
        <w:spacing w:before="80" w:after="60" w:line="240" w:lineRule="auto"/>
        <w:jc w:val="left"/>
      </w:pPr>
      <w:r>
        <w:rPr>
          <w:rFonts w:ascii="Times New Roman" w:hAnsi="Times New Roman" w:eastAsia="Times New Roman"/>
          <w:b/>
          <w:i w:val="0"/>
          <w:sz w:val="22"/>
        </w:rPr>
        <w:t>Data Availability Statement</w:t>
      </w:r>
    </w:p>
    <w:p>
      <w:pPr>
        <w:spacing w:before="0" w:after="0" w:line="240" w:lineRule="auto"/>
        <w:jc w:val="both"/>
      </w:pPr>
      <w:r>
        <w:rPr>
          <w:rFonts w:ascii="Times New Roman" w:hAnsi="Times New Roman" w:eastAsia="Times New Roman"/>
          <w:b w:val="0"/>
          <w:i w:val="0"/>
          <w:sz w:val="20"/>
        </w:rPr>
        <w:t>[State where supporting data can be accessed, whether restrictions apply, or why the data are not publicly available.]</w:t>
      </w:r>
    </w:p>
    <w:p>
      <w:pPr>
        <w:spacing w:before="80" w:after="60" w:line="240" w:lineRule="auto"/>
        <w:jc w:val="left"/>
      </w:pPr>
      <w:r>
        <w:rPr>
          <w:rFonts w:ascii="Times New Roman" w:hAnsi="Times New Roman" w:eastAsia="Times New Roman"/>
          <w:b/>
          <w:i w:val="0"/>
          <w:sz w:val="22"/>
        </w:rPr>
        <w:t>Code / Software Availability</w:t>
      </w:r>
    </w:p>
    <w:p>
      <w:pPr>
        <w:spacing w:before="0" w:after="0" w:line="240" w:lineRule="auto"/>
        <w:jc w:val="both"/>
      </w:pPr>
      <w:r>
        <w:rPr>
          <w:rFonts w:ascii="Times New Roman" w:hAnsi="Times New Roman" w:eastAsia="Times New Roman"/>
          <w:b w:val="0"/>
          <w:i w:val="0"/>
          <w:sz w:val="20"/>
        </w:rPr>
        <w:t>[For computational work, provide repository/version information where appropriate, or state why code/software cannot be shared. Remove if not applicable.]</w:t>
      </w:r>
    </w:p>
    <w:p>
      <w:pPr>
        <w:spacing w:before="80" w:after="60" w:line="240" w:lineRule="auto"/>
        <w:jc w:val="left"/>
      </w:pPr>
      <w:r>
        <w:rPr>
          <w:rFonts w:ascii="Times New Roman" w:hAnsi="Times New Roman" w:eastAsia="Times New Roman"/>
          <w:b/>
          <w:i w:val="0"/>
          <w:sz w:val="22"/>
        </w:rPr>
        <w:t>Acknowledgements</w:t>
      </w:r>
    </w:p>
    <w:p>
      <w:pPr>
        <w:spacing w:before="0" w:after="0" w:line="240" w:lineRule="auto"/>
        <w:jc w:val="both"/>
      </w:pPr>
      <w:r>
        <w:rPr>
          <w:rFonts w:ascii="Times New Roman" w:hAnsi="Times New Roman" w:eastAsia="Times New Roman"/>
          <w:b w:val="0"/>
          <w:i w:val="0"/>
          <w:sz w:val="20"/>
        </w:rPr>
        <w:t>[Acknowledge contributors who do not meet authorship criteria. Remove if not applicable.]</w:t>
      </w:r>
    </w:p>
    <w:p>
      <w:pPr>
        <w:spacing w:before="80" w:after="60" w:line="240" w:lineRule="auto"/>
        <w:jc w:val="left"/>
      </w:pPr>
      <w:r>
        <w:rPr>
          <w:rFonts w:ascii="Times New Roman" w:hAnsi="Times New Roman" w:eastAsia="Times New Roman"/>
          <w:b/>
          <w:i w:val="0"/>
          <w:sz w:val="22"/>
        </w:rPr>
        <w:t>Use of Generative AI / AI-Assisted Technologies</w:t>
      </w:r>
    </w:p>
    <w:p>
      <w:pPr>
        <w:spacing w:before="0" w:after="0" w:line="240" w:lineRule="auto"/>
        <w:jc w:val="both"/>
      </w:pPr>
      <w:r>
        <w:rPr>
          <w:rFonts w:ascii="Times New Roman" w:hAnsi="Times New Roman" w:eastAsia="Times New Roman"/>
          <w:b w:val="0"/>
          <w:i w:val="0"/>
          <w:sz w:val="20"/>
        </w:rPr>
        <w:t>[If used substantively in manuscript preparation, disclose the tool and purpose according to journal policy. Authors remain responsible for accuracy, originality, confidentiality and integrity. AI tools must not be listed as authors.]</w:t>
      </w:r>
    </w:p>
    <w:p>
      <w:pPr>
        <w:spacing w:before="80" w:after="60" w:line="240" w:lineRule="auto"/>
        <w:jc w:val="left"/>
      </w:pPr>
      <w:r>
        <w:rPr>
          <w:rFonts w:ascii="Times New Roman" w:hAnsi="Times New Roman" w:eastAsia="Times New Roman"/>
          <w:b/>
          <w:i w:val="0"/>
          <w:sz w:val="22"/>
        </w:rPr>
        <w:t>Similarity and Originality Declaration</w:t>
      </w:r>
    </w:p>
    <w:p>
      <w:pPr>
        <w:spacing w:before="0" w:after="0" w:line="240" w:lineRule="auto"/>
        <w:jc w:val="both"/>
      </w:pPr>
      <w:r>
        <w:rPr>
          <w:rFonts w:ascii="Times New Roman" w:hAnsi="Times New Roman" w:eastAsia="Times New Roman"/>
          <w:b w:val="0"/>
          <w:i w:val="0"/>
          <w:sz w:val="20"/>
        </w:rPr>
        <w:t>[The manuscript should meet the journal’s similarity-screening standard. Similarity percentage is interpreted editorially and does not itself determine plagiarism. Authors remain responsible for proper quotation, attribution, permissions and originality.]</w:t>
      </w:r>
    </w:p>
    <w:p>
      <w:pPr>
        <w:spacing w:before="140" w:after="60" w:line="240" w:lineRule="auto"/>
        <w:jc w:val="left"/>
      </w:pPr>
      <w:r>
        <w:rPr>
          <w:rFonts w:ascii="Times New Roman" w:hAnsi="Times New Roman" w:eastAsia="Times New Roman"/>
          <w:b/>
          <w:i w:val="0"/>
          <w:sz w:val="26"/>
        </w:rPr>
        <w:t>REFERENCES</w:t>
      </w:r>
    </w:p>
    <w:p>
      <w:pPr>
        <w:spacing w:before="0" w:after="0" w:line="240" w:lineRule="auto"/>
        <w:jc w:val="both"/>
      </w:pPr>
      <w:r>
        <w:rPr>
          <w:rFonts w:ascii="Times New Roman" w:hAnsi="Times New Roman" w:eastAsia="Times New Roman"/>
          <w:b w:val="0"/>
          <w:i w:val="0"/>
          <w:sz w:val="20"/>
        </w:rPr>
        <w:t>Use APA 7th edition consistently. Use author–date citations in the text and arrange the reference list alphabetically by the first author’s surname. Include DOI links in https://doi.org/... format where available.</w:t>
      </w:r>
    </w:p>
    <w:p>
      <w:pPr>
        <w:spacing w:before="0" w:after="0" w:line="240" w:lineRule="auto"/>
        <w:jc w:val="both"/>
      </w:pPr>
      <w:r>
        <w:rPr>
          <w:rFonts w:ascii="Times New Roman" w:hAnsi="Times New Roman" w:eastAsia="Times New Roman"/>
          <w:b w:val="0"/>
          <w:i w:val="0"/>
          <w:sz w:val="18"/>
        </w:rPr>
        <w:t>Author, A. A., &amp; Author, B. B. (2025). Title of journal article. Journal Name, 12(3), 123–135. https://doi.org/10.xxxx/xxxxx</w:t>
      </w:r>
    </w:p>
    <w:p>
      <w:pPr>
        <w:spacing w:before="0" w:after="0" w:line="240" w:lineRule="auto"/>
        <w:jc w:val="both"/>
      </w:pPr>
      <w:r>
        <w:rPr>
          <w:rFonts w:ascii="Times New Roman" w:hAnsi="Times New Roman" w:eastAsia="Times New Roman"/>
          <w:b w:val="0"/>
          <w:i w:val="0"/>
          <w:sz w:val="18"/>
        </w:rPr>
        <w:t>Author, C. C. (2024). Title of book (2nd ed.). Publisher.</w:t>
      </w:r>
    </w:p>
    <w:p>
      <w:pPr>
        <w:spacing w:before="0" w:after="0" w:line="240" w:lineRule="auto"/>
        <w:jc w:val="both"/>
      </w:pPr>
      <w:r>
        <w:rPr>
          <w:rFonts w:ascii="Times New Roman" w:hAnsi="Times New Roman" w:eastAsia="Times New Roman"/>
          <w:b w:val="0"/>
          <w:i w:val="0"/>
          <w:sz w:val="18"/>
        </w:rPr>
        <w:t>Organisation Name. (2025). Title of web page or report. https://example.org/resource</w:t>
      </w:r>
    </w:p>
    <w:p>
      <w:pPr>
        <w:spacing w:before="140" w:after="60" w:line="240" w:lineRule="auto"/>
        <w:jc w:val="left"/>
      </w:pPr>
      <w:r>
        <w:rPr>
          <w:rFonts w:ascii="Times New Roman" w:hAnsi="Times New Roman" w:eastAsia="Times New Roman"/>
          <w:b/>
          <w:i w:val="0"/>
          <w:sz w:val="26"/>
        </w:rPr>
        <w:t>FINAL SUBMISSION CHECKLIST</w:t>
      </w:r>
    </w:p>
    <w:p>
      <w:pPr>
        <w:spacing w:before="0" w:after="20" w:line="240" w:lineRule="auto"/>
        <w:jc w:val="left"/>
      </w:pPr>
      <w:r>
        <w:rPr>
          <w:rFonts w:ascii="Times New Roman" w:hAnsi="Times New Roman" w:eastAsia="Times New Roman"/>
          <w:b w:val="0"/>
          <w:i w:val="0"/>
          <w:sz w:val="20"/>
        </w:rPr>
        <w:t>☐ The manuscript is original and is not under simultaneous consideration elsewhere.</w:t>
      </w:r>
    </w:p>
    <w:p>
      <w:pPr>
        <w:spacing w:before="0" w:after="20" w:line="240" w:lineRule="auto"/>
        <w:jc w:val="left"/>
      </w:pPr>
      <w:r>
        <w:rPr>
          <w:rFonts w:ascii="Times New Roman" w:hAnsi="Times New Roman" w:eastAsia="Times New Roman"/>
          <w:b w:val="0"/>
          <w:i w:val="0"/>
          <w:sz w:val="20"/>
        </w:rPr>
        <w:t>☐ The official IJIRTI formatting has been retained; all bracketed template instructions have been removed.</w:t>
      </w:r>
    </w:p>
    <w:p>
      <w:pPr>
        <w:spacing w:before="0" w:after="20" w:line="240" w:lineRule="auto"/>
        <w:jc w:val="left"/>
      </w:pPr>
      <w:r>
        <w:rPr>
          <w:rFonts w:ascii="Times New Roman" w:hAnsi="Times New Roman" w:eastAsia="Times New Roman"/>
          <w:b w:val="0"/>
          <w:i w:val="0"/>
          <w:sz w:val="20"/>
        </w:rPr>
        <w:t>☐ Title, author names, affiliations, corresponding-author details and ORCID IDs (where available) are accurate.</w:t>
      </w:r>
    </w:p>
    <w:p>
      <w:pPr>
        <w:spacing w:before="0" w:after="20" w:line="240" w:lineRule="auto"/>
        <w:jc w:val="left"/>
      </w:pPr>
      <w:r>
        <w:rPr>
          <w:rFonts w:ascii="Times New Roman" w:hAnsi="Times New Roman" w:eastAsia="Times New Roman"/>
          <w:b w:val="0"/>
          <w:i w:val="0"/>
          <w:sz w:val="20"/>
        </w:rPr>
        <w:t>☐ The abstract is 150–250 words and 3–6 specific keywords are provided.</w:t>
      </w:r>
    </w:p>
    <w:p>
      <w:pPr>
        <w:spacing w:before="0" w:after="20" w:line="240" w:lineRule="auto"/>
        <w:jc w:val="left"/>
      </w:pPr>
      <w:r>
        <w:rPr>
          <w:rFonts w:ascii="Times New Roman" w:hAnsi="Times New Roman" w:eastAsia="Times New Roman"/>
          <w:b w:val="0"/>
          <w:i w:val="0"/>
          <w:sz w:val="20"/>
        </w:rPr>
        <w:t>☐ Ethics, consent, funding, conflicts, author contributions and data/code-availability statements are included where applicable.</w:t>
      </w:r>
    </w:p>
    <w:p>
      <w:pPr>
        <w:spacing w:before="0" w:after="20" w:line="240" w:lineRule="auto"/>
        <w:jc w:val="left"/>
      </w:pPr>
      <w:r>
        <w:rPr>
          <w:rFonts w:ascii="Times New Roman" w:hAnsi="Times New Roman" w:eastAsia="Times New Roman"/>
          <w:b w:val="0"/>
          <w:i w:val="0"/>
          <w:sz w:val="20"/>
        </w:rPr>
        <w:t>☐ Tables and figures are cited in numerical order and have complete captions/notes.</w:t>
      </w:r>
    </w:p>
    <w:p>
      <w:pPr>
        <w:spacing w:before="0" w:after="20" w:line="240" w:lineRule="auto"/>
        <w:jc w:val="left"/>
      </w:pPr>
      <w:r>
        <w:rPr>
          <w:rFonts w:ascii="Times New Roman" w:hAnsi="Times New Roman" w:eastAsia="Times New Roman"/>
          <w:b w:val="0"/>
          <w:i w:val="0"/>
          <w:sz w:val="20"/>
        </w:rPr>
        <w:t>☐ APA 7th in-text citations and reference-list entries correspond, with DOI links where available.</w:t>
      </w:r>
    </w:p>
    <w:p>
      <w:pPr>
        <w:spacing w:before="0" w:after="20" w:line="240" w:lineRule="auto"/>
        <w:jc w:val="left"/>
      </w:pPr>
      <w:r>
        <w:rPr>
          <w:rFonts w:ascii="Times New Roman" w:hAnsi="Times New Roman" w:eastAsia="Times New Roman"/>
          <w:b w:val="0"/>
          <w:i w:val="0"/>
          <w:sz w:val="20"/>
        </w:rPr>
        <w:t>☐ The manuscript has been checked for similarity/originality and reviewed for language, consistency, scientific accuracy and confidentiality.</w:t>
      </w:r>
    </w:p>
    <w:sectPr w:rsidR="00FC693F" w:rsidRPr="0006063C" w:rsidSect="00034616">
      <w:headerReference w:type="default" r:id="rId9"/>
      <w:footerReference w:type="default" r:id="rId10"/>
      <w:pgSz w:w="12240" w:h="15840"/>
      <w:pgMar w:top="1440" w:right="1440" w:bottom="1440" w:left="1440" w:header="504" w:footer="50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tbl>
    <w:tblPr>
      <w:tblW w:type="auto" w:w="0"/>
      <w:jc w:val="center"/>
      <w:tblLook w:firstColumn="1" w:firstRow="1" w:lastColumn="0" w:lastRow="0" w:noHBand="0" w:noVBand="1" w:val="04A0"/>
    </w:tblPr>
    <w:tblGrid>
      <w:gridCol w:w="3120"/>
      <w:gridCol w:w="3120"/>
      <w:gridCol w:w="3120"/>
    </w:tblGrid>
    <w:tr>
      <w:tc>
        <w:tcPr>
          <w:tcW w:type="dxa" w:w="3120"/>
          <w:vAlign w:val="center"/>
          <w:tcBorders>
            <w:top w:val="nil"/>
            <w:left w:val="nil"/>
            <w:bottom w:val="nil"/>
            <w:right w:val="nil"/>
            <w:insideH w:val="nil"/>
            <w:insideV w:val="nil"/>
          </w:tcBorders>
        </w:tcPr>
        <w:p>
          <w:pPr>
            <w:jc w:val="left"/>
          </w:pPr>
          <w:r>
            <w:rPr>
              <w:rFonts w:ascii="Times New Roman" w:hAnsi="Times New Roman"/>
              <w:sz w:val="16"/>
            </w:rPr>
            <w:t>www.ijirti.com</w:t>
          </w:r>
        </w:p>
      </w:tc>
      <w:tc>
        <w:tcPr>
          <w:tcW w:type="dxa" w:w="3120"/>
          <w:vAlign w:val="center"/>
          <w:tcBorders>
            <w:top w:val="nil"/>
            <w:left w:val="nil"/>
            <w:bottom w:val="nil"/>
            <w:right w:val="nil"/>
            <w:insideH w:val="nil"/>
            <w:insideV w:val="nil"/>
          </w:tcBorders>
        </w:tcPr>
        <w:p>
          <w:pPr>
            <w:jc w:val="center"/>
          </w:pPr>
          <w:r>
            <w:rPr>
              <w:rFonts w:ascii="Times New Roman" w:hAnsi="Times New Roman"/>
              <w:sz w:val="16"/>
            </w:rPr>
            <w:t>ISSN: 3107-9415</w:t>
          </w:r>
        </w:p>
      </w:tc>
      <w:tc>
        <w:tcPr>
          <w:tcW w:type="dxa" w:w="3120"/>
          <w:vAlign w:val="center"/>
          <w:tcBorders>
            <w:top w:val="nil"/>
            <w:left w:val="nil"/>
            <w:bottom w:val="nil"/>
            <w:right w:val="nil"/>
            <w:insideH w:val="nil"/>
            <w:insideV w:val="nil"/>
          </w:tcBorders>
        </w:tcPr>
        <w:p>
          <w:pPr>
            <w:jc w:val="right"/>
          </w:pPr>
          <w:r>
            <w:rPr>
              <w:rFonts w:ascii="Times New Roman" w:hAnsi="Times New Roman"/>
              <w:sz w:val="16"/>
            </w:rPr>
            <w:t xml:space="preserve">Page </w:t>
          </w:r>
          <w:fldSimple w:instr="PAGE"/>
        </w:p>
      </w:tc>
    </w:tr>
  </w:tbl>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Bdr>
        <w:bottom w:val="single" w:sz="6" w:space="1" w:color="1A7D9A"/>
      </w:pBdr>
    </w:pPr>
    <w:r>
      <w:rPr>
        <w:rFonts w:ascii="Times New Roman" w:hAnsi="Times New Roman"/>
        <w:b/>
        <w:sz w:val="20"/>
      </w:rPr>
      <w:t>Innovative Journal of Integrated Research and Technological Innovations (IJIRTI)</w:t>
    </w:r>
  </w:p>
  <w:p>
    <w:pPr>
      <w:jc w:val="center"/>
      <w:pBdr>
        <w:bottom w:val="single" w:sz="6" w:space="1" w:color="1A7D9A"/>
      </w:pBdr>
    </w:pPr>
    <w:r>
      <w:rPr>
        <w:rFonts w:ascii="Times New Roman" w:hAnsi="Times New Roman"/>
        <w:b/>
        <w:sz w:val="18"/>
      </w:rPr>
      <w:t>Volume-x Issue-x Month-202x</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40" w:lineRule="auto"/>
    </w:pPr>
    <w:rPr>
      <w:rFonts w:ascii="Times New Roman" w:hAnsi="Times New Roman" w:eastAsia="Times New Roman"/>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IJHeading1">
    <w:name w:val="IJ Heading 1"/>
    <w:pPr>
      <w:spacing w:before="160" w:after="80"/>
    </w:pPr>
    <w:rPr>
      <w:rFonts w:ascii="Times New Roman" w:hAnsi="Times New Roman" w:eastAsia="Times New Roman"/>
      <w:b/>
      <w:i w:val="0"/>
      <w:sz w:val="26"/>
    </w:rPr>
  </w:style>
  <w:style w:type="paragraph" w:customStyle="1" w:styleId="IJHeading2">
    <w:name w:val="IJ Heading 2"/>
    <w:pPr>
      <w:spacing w:before="100" w:after="40"/>
    </w:pPr>
    <w:rPr>
      <w:rFonts w:ascii="Times New Roman" w:hAnsi="Times New Roman" w:eastAsia="Times New Roman"/>
      <w:b/>
      <w:i w:val="0"/>
      <w:sz w:val="22"/>
    </w:rPr>
  </w:style>
  <w:style w:type="paragraph" w:customStyle="1" w:styleId="IJNote">
    <w:name w:val="IJ Note"/>
    <w:pPr>
      <w:spacing w:before="40" w:after="80"/>
    </w:pPr>
    <w:rPr>
      <w:rFonts w:ascii="Times New Roman" w:hAnsi="Times New Roman" w:eastAsia="Times New Roman"/>
      <w:b w:val="0"/>
      <w:i/>
      <w:sz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IJIRTI Author Manuscript Template</dc:title>
  <dc:subject>Official manuscript template for the Innovative Journal of Integrated Research and Technological Innovations</dc:subject>
  <dc:creator>IJIRTI Editorial Office</dc:creator>
  <cp:keywords>IJIRTI, manuscript template, APA 7, research article</cp:keywords>
  <dc:description>generated by python-docx</dc:description>
  <cp:lastModifiedBy/>
  <cp:revision>1</cp:revision>
  <dcterms:created xsi:type="dcterms:W3CDTF">2013-12-23T23:15:00Z</dcterms:created>
  <dcterms:modified xsi:type="dcterms:W3CDTF">2013-12-23T23:15:00Z</dcterms:modified>
  <cp:category/>
</cp:coreProperties>
</file>